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FB8"/>
          <w:sz w:val="40"/>
        </w:rPr>
        <w:t>Privacy and security questionnaire for HR software</w:t>
      </w:r>
    </w:p>
    <w:p>
      <w:r>
        <w:rPr>
          <w:b w:val="0"/>
          <w:color w:val="555555"/>
          <w:sz w:val="22"/>
        </w:rPr>
        <w:t>Send to vendors with the RFP.</w:t>
      </w:r>
    </w:p>
    <w:p>
      <w:pPr>
        <w:pStyle w:val="ListNumber"/>
      </w:pPr>
      <w:r>
        <w:rPr>
          <w:b w:val="0"/>
        </w:rPr>
        <w:t>Can anyone at our organization see an individual employee's answers or score? If so, who and how?</w:t>
      </w:r>
    </w:p>
    <w:p>
      <w:pPr>
        <w:pStyle w:val="ListNumber"/>
      </w:pPr>
      <w:r>
        <w:rPr>
          <w:b w:val="0"/>
        </w:rPr>
        <w:t>What is the smallest group for which results are shown to a manager?</w:t>
      </w:r>
    </w:p>
    <w:p>
      <w:pPr>
        <w:pStyle w:val="ListNumber"/>
      </w:pPr>
      <w:r>
        <w:rPr>
          <w:b w:val="0"/>
        </w:rPr>
        <w:t>What does each employee see, and can anyone else see it?</w:t>
      </w:r>
    </w:p>
    <w:p>
      <w:pPr>
        <w:pStyle w:val="ListNumber"/>
      </w:pPr>
      <w:r>
        <w:rPr>
          <w:b w:val="0"/>
        </w:rPr>
        <w:t>Where is our data stored (country and provider)?</w:t>
      </w:r>
    </w:p>
    <w:p>
      <w:pPr>
        <w:pStyle w:val="ListNumber"/>
      </w:pPr>
      <w:r>
        <w:rPr>
          <w:b w:val="0"/>
        </w:rPr>
        <w:t>Which subprocessors handle our data, and where are they?</w:t>
      </w:r>
    </w:p>
    <w:p>
      <w:pPr>
        <w:pStyle w:val="ListNumber"/>
      </w:pPr>
      <w:r>
        <w:rPr>
          <w:b w:val="0"/>
        </w:rPr>
        <w:t>Do you offer a data processing agreement? Please attach it.</w:t>
      </w:r>
    </w:p>
    <w:p>
      <w:pPr>
        <w:pStyle w:val="ListNumber"/>
      </w:pPr>
      <w:r>
        <w:rPr>
          <w:b w:val="0"/>
        </w:rPr>
        <w:t>Which security certifications do you hold today? Please give report or certificate dates.</w:t>
      </w:r>
    </w:p>
    <w:p>
      <w:pPr>
        <w:pStyle w:val="ListNumber"/>
      </w:pPr>
      <w:r>
        <w:rPr>
          <w:b w:val="0"/>
        </w:rPr>
        <w:t>Which certifications are in progress, and what is the expected date?</w:t>
      </w:r>
    </w:p>
    <w:p>
      <w:pPr>
        <w:pStyle w:val="ListNumber"/>
      </w:pPr>
      <w:r>
        <w:rPr>
          <w:b w:val="0"/>
        </w:rPr>
        <w:t>Is data encrypted in transit and at rest?</w:t>
      </w:r>
    </w:p>
    <w:p>
      <w:pPr>
        <w:pStyle w:val="ListNumber"/>
      </w:pPr>
      <w:r>
        <w:rPr>
          <w:b w:val="0"/>
        </w:rPr>
        <w:t>How is access by your own staff controlled and logged?</w:t>
      </w:r>
    </w:p>
    <w:p>
      <w:pPr>
        <w:pStyle w:val="ListNumber"/>
      </w:pPr>
      <w:r>
        <w:rPr>
          <w:b w:val="0"/>
        </w:rPr>
        <w:t>Do you support single sign-on? Which providers?</w:t>
      </w:r>
    </w:p>
    <w:p>
      <w:pPr>
        <w:pStyle w:val="ListNumber"/>
      </w:pPr>
      <w:r>
        <w:rPr>
          <w:b w:val="0"/>
        </w:rPr>
        <w:t>How long is data kept after the contract ends, and how is it deleted?</w:t>
      </w:r>
    </w:p>
    <w:p>
      <w:pPr>
        <w:pStyle w:val="ListNumber"/>
      </w:pPr>
      <w:r>
        <w:rPr>
          <w:b w:val="0"/>
        </w:rPr>
        <w:t>Can employees request access to or deletion of their data? How?</w:t>
      </w:r>
    </w:p>
    <w:p>
      <w:pPr>
        <w:pStyle w:val="ListNumber"/>
      </w:pPr>
      <w:r>
        <w:rPr>
          <w:b w:val="0"/>
        </w:rPr>
        <w:t>Is any personal data used to train AI models? If so, which, and can we opt out?</w:t>
      </w:r>
    </w:p>
    <w:p>
      <w:pPr>
        <w:pStyle w:val="ListNumber"/>
      </w:pPr>
      <w:r>
        <w:rPr>
          <w:b w:val="0"/>
        </w:rPr>
        <w:t>Have you had a personal data breach in the last 3 years? How was it handled?</w:t>
      </w:r>
    </w:p>
    <w:p>
      <w:pPr>
        <w:pStyle w:val="ListNumber"/>
      </w:pPr>
      <w:r>
        <w:rPr>
          <w:b w:val="0"/>
        </w:rPr>
        <w:t>When was your last penetration test, and can we see the summary?</w:t>
      </w:r>
    </w:p>
    <w:p>
      <w:pPr>
        <w:pStyle w:val="ListNumber"/>
      </w:pPr>
      <w:r>
        <w:rPr>
          <w:b w:val="0"/>
        </w:rPr>
        <w:t>What is your uptime commitment, and where is it written?</w:t>
      </w:r>
    </w:p>
    <w:p>
      <w:pPr>
        <w:pStyle w:val="ListNumber"/>
      </w:pPr>
      <w:r>
        <w:rPr>
          <w:b w:val="0"/>
        </w:rPr>
        <w:t>How do you notify customers of a security incident, and how fast?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workforceperformanceplatform.com/free-downloads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workforceperformanceplatform.com/free-downloads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and security questionnaire for HR software</dc:title>
  <dc:subject/>
  <dc:creator>thrive at work</dc:creator>
  <cp:keywords/>
  <dc:description>Free template from workforceperformanceplatform.com/free-downloads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